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003F7" w14:textId="176D5702" w:rsidR="002F6C0C" w:rsidRDefault="009617E4">
      <w:pPr>
        <w:jc w:val="center"/>
        <w:rPr>
          <w:rFonts w:ascii="Arial" w:hAnsi="Arial" w:cs="Arial"/>
          <w:b/>
          <w:bCs/>
        </w:rPr>
      </w:pPr>
      <w:r w:rsidRPr="005C259B">
        <w:rPr>
          <w:rFonts w:ascii="Arial" w:hAnsi="Arial" w:cs="Arial"/>
          <w:b/>
          <w:bCs/>
        </w:rPr>
        <w:t xml:space="preserve">Annexure </w:t>
      </w:r>
      <w:r w:rsidR="00DD6D2E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 xml:space="preserve"> </w:t>
      </w:r>
      <w:r w:rsidRPr="002D3304">
        <w:rPr>
          <w:rFonts w:ascii="Arial" w:hAnsi="Arial" w:cs="Arial"/>
          <w:b/>
          <w:bCs/>
        </w:rPr>
        <w:t xml:space="preserve">– </w:t>
      </w:r>
      <w:r w:rsidR="00DD6D2E">
        <w:rPr>
          <w:rFonts w:ascii="Arial" w:hAnsi="Arial" w:cs="Arial"/>
          <w:b/>
          <w:bCs/>
        </w:rPr>
        <w:t xml:space="preserve">Joint </w:t>
      </w:r>
      <w:r>
        <w:rPr>
          <w:rFonts w:ascii="Arial" w:hAnsi="Arial" w:cs="Arial"/>
          <w:b/>
          <w:bCs/>
        </w:rPr>
        <w:t>Declaration by Consortium Partners</w:t>
      </w:r>
    </w:p>
    <w:p w14:paraId="5BF553A9" w14:textId="59A2C41C" w:rsidR="009617E4" w:rsidRPr="00047FE8" w:rsidRDefault="009617E4">
      <w:pPr>
        <w:jc w:val="center"/>
        <w:rPr>
          <w:rFonts w:ascii="Arial" w:hAnsi="Arial" w:cs="Arial"/>
        </w:rPr>
      </w:pPr>
      <w:r w:rsidRPr="009617E4">
        <w:rPr>
          <w:rFonts w:ascii="Arial" w:hAnsi="Arial" w:cs="Arial"/>
        </w:rPr>
        <w:t>(Original signed copy on company letterhead of primary partner)</w:t>
      </w:r>
    </w:p>
    <w:p w14:paraId="1924CEA9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[Date]</w:t>
      </w:r>
    </w:p>
    <w:p w14:paraId="3418D827" w14:textId="77777777" w:rsidR="002F6C0C" w:rsidRPr="00047FE8" w:rsidRDefault="002F6C0C">
      <w:pPr>
        <w:spacing w:after="20"/>
        <w:rPr>
          <w:rFonts w:ascii="Arial" w:hAnsi="Arial" w:cs="Arial"/>
        </w:rPr>
      </w:pPr>
    </w:p>
    <w:p w14:paraId="382910D5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To,</w:t>
      </w:r>
    </w:p>
    <w:p w14:paraId="1A778BDB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CEO,</w:t>
      </w:r>
    </w:p>
    <w:p w14:paraId="773D072E" w14:textId="1C1F1DCD" w:rsidR="002F6C0C" w:rsidRPr="00047FE8" w:rsidRDefault="00000000">
      <w:pPr>
        <w:rPr>
          <w:rFonts w:ascii="Arial" w:hAnsi="Arial" w:cs="Arial"/>
        </w:rPr>
      </w:pPr>
      <w:proofErr w:type="spellStart"/>
      <w:r w:rsidRPr="00047FE8">
        <w:rPr>
          <w:rFonts w:ascii="Arial" w:hAnsi="Arial" w:cs="Arial"/>
        </w:rPr>
        <w:t>IndiaAI</w:t>
      </w:r>
      <w:proofErr w:type="spellEnd"/>
      <w:r w:rsidR="00DD6D2E">
        <w:rPr>
          <w:rFonts w:ascii="Arial" w:hAnsi="Arial" w:cs="Arial"/>
        </w:rPr>
        <w:t>,</w:t>
      </w:r>
    </w:p>
    <w:p w14:paraId="02195FC2" w14:textId="77777777" w:rsidR="00DD6D2E" w:rsidRDefault="00DD6D2E">
      <w:pPr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DD6D2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floor, Electronics Niketan,</w:t>
      </w:r>
    </w:p>
    <w:p w14:paraId="7B495982" w14:textId="56016232" w:rsidR="002F6C0C" w:rsidRDefault="00DD6D2E">
      <w:pPr>
        <w:rPr>
          <w:rFonts w:ascii="Arial" w:hAnsi="Arial" w:cs="Arial"/>
        </w:rPr>
      </w:pPr>
      <w:r>
        <w:rPr>
          <w:rFonts w:ascii="Arial" w:hAnsi="Arial" w:cs="Arial"/>
        </w:rPr>
        <w:t xml:space="preserve">6 CGO Complex, Lodhi Road,  </w:t>
      </w:r>
    </w:p>
    <w:p w14:paraId="22275412" w14:textId="0800A74E" w:rsidR="00DD6D2E" w:rsidRPr="00047FE8" w:rsidRDefault="00DD6D2E">
      <w:pPr>
        <w:rPr>
          <w:rFonts w:ascii="Arial" w:hAnsi="Arial" w:cs="Arial"/>
        </w:rPr>
      </w:pPr>
      <w:r>
        <w:rPr>
          <w:rFonts w:ascii="Arial" w:hAnsi="Arial" w:cs="Arial"/>
        </w:rPr>
        <w:t>New Delhi-110003</w:t>
      </w:r>
    </w:p>
    <w:p w14:paraId="47FBBC59" w14:textId="77777777" w:rsidR="002F6C0C" w:rsidRPr="00047FE8" w:rsidRDefault="002F6C0C">
      <w:pPr>
        <w:spacing w:after="20"/>
        <w:rPr>
          <w:rFonts w:ascii="Arial" w:hAnsi="Arial" w:cs="Arial"/>
        </w:rPr>
      </w:pPr>
    </w:p>
    <w:p w14:paraId="1F75805F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Dear Sir,</w:t>
      </w:r>
    </w:p>
    <w:p w14:paraId="4D91C0C3" w14:textId="58AFA5EA" w:rsidR="009617E4" w:rsidRPr="00DD6D2E" w:rsidRDefault="00000000" w:rsidP="009617E4">
      <w:pPr>
        <w:rPr>
          <w:rFonts w:ascii="Arial" w:hAnsi="Arial" w:cs="Arial"/>
          <w:b/>
        </w:rPr>
      </w:pPr>
      <w:r w:rsidRPr="00047FE8">
        <w:rPr>
          <w:rFonts w:ascii="Arial" w:hAnsi="Arial" w:cs="Arial"/>
          <w:b/>
        </w:rPr>
        <w:t>Ref: Declaration by consortium partners for providing AI</w:t>
      </w:r>
      <w:r w:rsidR="009617E4">
        <w:rPr>
          <w:rFonts w:ascii="Arial" w:hAnsi="Arial" w:cs="Arial"/>
          <w:b/>
        </w:rPr>
        <w:t>CU</w:t>
      </w:r>
      <w:r w:rsidRPr="00047FE8">
        <w:rPr>
          <w:rFonts w:ascii="Arial" w:hAnsi="Arial" w:cs="Arial"/>
          <w:b/>
        </w:rPr>
        <w:t xml:space="preserve"> services on cloud</w:t>
      </w:r>
      <w:r w:rsidR="009617E4">
        <w:rPr>
          <w:rFonts w:ascii="Arial" w:hAnsi="Arial" w:cs="Arial"/>
          <w:b/>
        </w:rPr>
        <w:t xml:space="preserve"> to </w:t>
      </w:r>
      <w:proofErr w:type="spellStart"/>
      <w:r w:rsidR="009617E4">
        <w:rPr>
          <w:rFonts w:ascii="Arial" w:hAnsi="Arial" w:cs="Arial"/>
          <w:b/>
        </w:rPr>
        <w:t>IndiaAI</w:t>
      </w:r>
      <w:proofErr w:type="spellEnd"/>
    </w:p>
    <w:p w14:paraId="5D7093E3" w14:textId="4C6F5AF6" w:rsidR="002F6C0C" w:rsidRPr="00047FE8" w:rsidRDefault="002F6C0C" w:rsidP="009617E4">
      <w:pPr>
        <w:pStyle w:val="ListBullet"/>
        <w:numPr>
          <w:ilvl w:val="0"/>
          <w:numId w:val="0"/>
        </w:numPr>
        <w:rPr>
          <w:rFonts w:ascii="Arial" w:hAnsi="Arial" w:cs="Arial"/>
        </w:rPr>
      </w:pPr>
    </w:p>
    <w:p w14:paraId="42E65F27" w14:textId="199C26BA" w:rsidR="002F6C0C" w:rsidRPr="00047FE8" w:rsidRDefault="00000000" w:rsidP="00DD6D2E">
      <w:pPr>
        <w:pStyle w:val="ListBullet"/>
        <w:numPr>
          <w:ilvl w:val="0"/>
          <w:numId w:val="11"/>
        </w:numPr>
        <w:jc w:val="both"/>
        <w:rPr>
          <w:rFonts w:ascii="Arial" w:hAnsi="Arial" w:cs="Arial"/>
        </w:rPr>
      </w:pPr>
      <w:r w:rsidRPr="00047FE8">
        <w:rPr>
          <w:rFonts w:ascii="Arial" w:hAnsi="Arial" w:cs="Arial"/>
        </w:rPr>
        <w:t xml:space="preserve">I/We agree to that the Primary partner will be held accountable by IndiaAI for all the </w:t>
      </w:r>
      <w:r w:rsidR="007A73E6">
        <w:rPr>
          <w:rFonts w:ascii="Arial" w:hAnsi="Arial" w:cs="Arial"/>
        </w:rPr>
        <w:t xml:space="preserve">service </w:t>
      </w:r>
      <w:r w:rsidRPr="00047FE8">
        <w:rPr>
          <w:rFonts w:ascii="Arial" w:hAnsi="Arial" w:cs="Arial"/>
        </w:rPr>
        <w:t>delivery and will be held responsible for breach of conditions</w:t>
      </w:r>
      <w:r w:rsidR="009617E4">
        <w:rPr>
          <w:rFonts w:ascii="Arial" w:hAnsi="Arial" w:cs="Arial"/>
        </w:rPr>
        <w:t xml:space="preserve"> and</w:t>
      </w:r>
      <w:r w:rsidRPr="00047FE8">
        <w:rPr>
          <w:rFonts w:ascii="Arial" w:hAnsi="Arial" w:cs="Arial"/>
        </w:rPr>
        <w:t xml:space="preserve"> SLAs.</w:t>
      </w:r>
    </w:p>
    <w:p w14:paraId="1ADD4665" w14:textId="77777777" w:rsidR="002F6C0C" w:rsidRPr="00047FE8" w:rsidRDefault="00000000" w:rsidP="00DD6D2E">
      <w:pPr>
        <w:pStyle w:val="ListBullet"/>
        <w:numPr>
          <w:ilvl w:val="0"/>
          <w:numId w:val="11"/>
        </w:numPr>
        <w:jc w:val="both"/>
        <w:rPr>
          <w:rFonts w:ascii="Arial" w:hAnsi="Arial" w:cs="Arial"/>
        </w:rPr>
      </w:pPr>
      <w:r w:rsidRPr="00047FE8">
        <w:rPr>
          <w:rFonts w:ascii="Arial" w:hAnsi="Arial" w:cs="Arial"/>
        </w:rPr>
        <w:t>I/We agree that IndiaAI would release payment only to the Primary partner.</w:t>
      </w:r>
    </w:p>
    <w:p w14:paraId="35E24165" w14:textId="5B9CF32D" w:rsidR="002F6C0C" w:rsidRPr="00047FE8" w:rsidRDefault="00000000" w:rsidP="00DD6D2E">
      <w:pPr>
        <w:pStyle w:val="ListBullet"/>
        <w:numPr>
          <w:ilvl w:val="0"/>
          <w:numId w:val="11"/>
        </w:numPr>
        <w:jc w:val="both"/>
        <w:rPr>
          <w:rFonts w:ascii="Arial" w:hAnsi="Arial" w:cs="Arial"/>
        </w:rPr>
      </w:pPr>
      <w:r w:rsidRPr="00047FE8">
        <w:rPr>
          <w:rFonts w:ascii="Arial" w:hAnsi="Arial" w:cs="Arial"/>
        </w:rPr>
        <w:t xml:space="preserve">I/We agree to submit any other agreements with the </w:t>
      </w:r>
      <w:r w:rsidR="001A349D">
        <w:rPr>
          <w:rFonts w:ascii="Arial" w:hAnsi="Arial" w:cs="Arial"/>
        </w:rPr>
        <w:t xml:space="preserve">applicant </w:t>
      </w:r>
      <w:r w:rsidRPr="00047FE8">
        <w:rPr>
          <w:rFonts w:ascii="Arial" w:hAnsi="Arial" w:cs="Arial"/>
        </w:rPr>
        <w:t xml:space="preserve">consortium partner that conflict with the terms and conditions of this </w:t>
      </w:r>
      <w:r w:rsidR="009617E4">
        <w:rPr>
          <w:rFonts w:ascii="Arial" w:hAnsi="Arial" w:cs="Arial"/>
        </w:rPr>
        <w:t>empanelment</w:t>
      </w:r>
      <w:r w:rsidRPr="00047FE8">
        <w:rPr>
          <w:rFonts w:ascii="Arial" w:hAnsi="Arial" w:cs="Arial"/>
        </w:rPr>
        <w:t>.</w:t>
      </w:r>
    </w:p>
    <w:p w14:paraId="49292747" w14:textId="77777777" w:rsidR="00DD6D2E" w:rsidRDefault="00DD6D2E" w:rsidP="00DD6D2E">
      <w:pPr>
        <w:pStyle w:val="ListBullet"/>
        <w:numPr>
          <w:ilvl w:val="0"/>
          <w:numId w:val="11"/>
        </w:numPr>
        <w:jc w:val="both"/>
        <w:rPr>
          <w:rFonts w:ascii="Arial" w:hAnsi="Arial" w:cs="Arial"/>
        </w:rPr>
      </w:pPr>
      <w:r w:rsidRPr="00DD6D2E">
        <w:rPr>
          <w:rFonts w:ascii="Arial" w:hAnsi="Arial" w:cs="Arial"/>
        </w:rPr>
        <w:t>Any existing agreement or arrangement between the Primary and Secondary Partner that is inconsistent with the applicable empanelment terms shall be suitably amended to ensure compliance.</w:t>
      </w:r>
    </w:p>
    <w:p w14:paraId="624390F0" w14:textId="6C837630" w:rsidR="002F6C0C" w:rsidRPr="00B439E4" w:rsidRDefault="00B439E4" w:rsidP="00DD6D2E">
      <w:pPr>
        <w:pStyle w:val="ListBullet"/>
        <w:numPr>
          <w:ilvl w:val="0"/>
          <w:numId w:val="11"/>
        </w:numPr>
        <w:jc w:val="both"/>
        <w:rPr>
          <w:rFonts w:ascii="Arial" w:hAnsi="Arial" w:cs="Arial"/>
        </w:rPr>
      </w:pPr>
      <w:r w:rsidRPr="00B439E4">
        <w:rPr>
          <w:rFonts w:ascii="Arial" w:hAnsi="Arial" w:cs="Arial"/>
        </w:rPr>
        <w:t>I/We confirm that I/we have read and understood the</w:t>
      </w:r>
      <w:r w:rsidR="00AF00AB">
        <w:rPr>
          <w:rFonts w:ascii="Arial" w:hAnsi="Arial" w:cs="Arial"/>
        </w:rPr>
        <w:t xml:space="preserve"> </w:t>
      </w:r>
      <w:r w:rsidRPr="00B439E4">
        <w:rPr>
          <w:rFonts w:ascii="Arial" w:hAnsi="Arial" w:cs="Arial"/>
        </w:rPr>
        <w:t>instructions provided in Annexure-7</w:t>
      </w:r>
      <w:r w:rsidR="00DD6D2E">
        <w:rPr>
          <w:rFonts w:ascii="Arial" w:hAnsi="Arial" w:cs="Arial"/>
        </w:rPr>
        <w:t xml:space="preserve"> (Important Instructions for Consortium)</w:t>
      </w:r>
      <w:r w:rsidRPr="00B439E4">
        <w:rPr>
          <w:rFonts w:ascii="Arial" w:hAnsi="Arial" w:cs="Arial"/>
        </w:rPr>
        <w:t xml:space="preserve"> and agree to abide by the conditions for participation as a consortium. In the event of non-compliance, our proposal shall be rejected.</w:t>
      </w:r>
    </w:p>
    <w:p w14:paraId="4C44ACEE" w14:textId="326F32A1" w:rsidR="00E95A9A" w:rsidRPr="00E95A9A" w:rsidRDefault="00E95A9A" w:rsidP="00E95A9A">
      <w:pPr>
        <w:rPr>
          <w:rFonts w:ascii="Arial" w:hAnsi="Arial" w:cs="Arial"/>
        </w:rPr>
      </w:pPr>
    </w:p>
    <w:p w14:paraId="228186FD" w14:textId="77777777" w:rsidR="00E95A9A" w:rsidRDefault="00E95A9A">
      <w:pPr>
        <w:rPr>
          <w:rFonts w:ascii="Arial" w:hAnsi="Arial" w:cs="Arial"/>
        </w:rPr>
      </w:pPr>
    </w:p>
    <w:p w14:paraId="3324B2DA" w14:textId="77777777" w:rsidR="00E95A9A" w:rsidRPr="00047FE8" w:rsidRDefault="00E95A9A">
      <w:pPr>
        <w:rPr>
          <w:rFonts w:ascii="Arial" w:hAnsi="Arial" w:cs="Arial"/>
        </w:rPr>
      </w:pPr>
    </w:p>
    <w:p w14:paraId="551C2239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Primary Partner Name:</w:t>
      </w:r>
    </w:p>
    <w:p w14:paraId="3359D926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Signature:</w:t>
      </w:r>
    </w:p>
    <w:p w14:paraId="18EC44A0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Signing Authority Name:</w:t>
      </w:r>
    </w:p>
    <w:p w14:paraId="3B115BFB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Designation:</w:t>
      </w:r>
    </w:p>
    <w:p w14:paraId="24028C52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Seal of the Primary Partner:</w:t>
      </w:r>
    </w:p>
    <w:p w14:paraId="10CDDAFE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br w:type="page"/>
      </w:r>
    </w:p>
    <w:p w14:paraId="56EADAC0" w14:textId="77777777" w:rsidR="002F6C0C" w:rsidRPr="00047FE8" w:rsidRDefault="002F6C0C">
      <w:pPr>
        <w:rPr>
          <w:rFonts w:ascii="Arial" w:hAnsi="Arial" w:cs="Arial"/>
        </w:rPr>
      </w:pPr>
    </w:p>
    <w:p w14:paraId="0AD6CE98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(Non-primary partners)</w:t>
      </w:r>
    </w:p>
    <w:p w14:paraId="6DC064B3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Secondary Partner Name:</w:t>
      </w:r>
    </w:p>
    <w:p w14:paraId="08E40BCF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Seal of the Secondary Partner</w:t>
      </w:r>
    </w:p>
    <w:p w14:paraId="2FA5C384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Signature:</w:t>
      </w:r>
    </w:p>
    <w:p w14:paraId="054A6517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Signing Authority Name:</w:t>
      </w:r>
    </w:p>
    <w:p w14:paraId="1214D76F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Designation:</w:t>
      </w:r>
    </w:p>
    <w:p w14:paraId="44997A04" w14:textId="77777777" w:rsidR="002F6C0C" w:rsidRPr="00047FE8" w:rsidRDefault="002F6C0C">
      <w:pPr>
        <w:rPr>
          <w:rFonts w:ascii="Arial" w:hAnsi="Arial" w:cs="Arial"/>
        </w:rPr>
      </w:pPr>
    </w:p>
    <w:p w14:paraId="4EEACA3D" w14:textId="77777777" w:rsidR="002F6C0C" w:rsidRPr="00047FE8" w:rsidRDefault="00000000">
      <w:pPr>
        <w:rPr>
          <w:rFonts w:ascii="Arial" w:hAnsi="Arial" w:cs="Arial"/>
        </w:rPr>
      </w:pPr>
      <w:r w:rsidRPr="00047FE8">
        <w:rPr>
          <w:rFonts w:ascii="Arial" w:hAnsi="Arial" w:cs="Arial"/>
        </w:rPr>
        <w:t>[Please add the above for all the secondary partners]</w:t>
      </w:r>
    </w:p>
    <w:sectPr w:rsidR="002F6C0C" w:rsidRPr="00047FE8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5B27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AB3A4E"/>
    <w:multiLevelType w:val="hybridMultilevel"/>
    <w:tmpl w:val="F042D906"/>
    <w:lvl w:ilvl="0" w:tplc="4009001B">
      <w:start w:val="1"/>
      <w:numFmt w:val="lowerRoman"/>
      <w:lvlText w:val="%1."/>
      <w:lvlJc w:val="righ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5E576E"/>
    <w:multiLevelType w:val="hybridMultilevel"/>
    <w:tmpl w:val="A4223D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206842">
    <w:abstractNumId w:val="8"/>
  </w:num>
  <w:num w:numId="2" w16cid:durableId="1938907860">
    <w:abstractNumId w:val="6"/>
  </w:num>
  <w:num w:numId="3" w16cid:durableId="1503082859">
    <w:abstractNumId w:val="5"/>
  </w:num>
  <w:num w:numId="4" w16cid:durableId="1927106953">
    <w:abstractNumId w:val="4"/>
  </w:num>
  <w:num w:numId="5" w16cid:durableId="544409123">
    <w:abstractNumId w:val="7"/>
  </w:num>
  <w:num w:numId="6" w16cid:durableId="666175563">
    <w:abstractNumId w:val="3"/>
  </w:num>
  <w:num w:numId="7" w16cid:durableId="2144688573">
    <w:abstractNumId w:val="2"/>
  </w:num>
  <w:num w:numId="8" w16cid:durableId="1787236018">
    <w:abstractNumId w:val="1"/>
  </w:num>
  <w:num w:numId="9" w16cid:durableId="1196430821">
    <w:abstractNumId w:val="0"/>
  </w:num>
  <w:num w:numId="10" w16cid:durableId="834800259">
    <w:abstractNumId w:val="10"/>
  </w:num>
  <w:num w:numId="11" w16cid:durableId="1238149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FE8"/>
    <w:rsid w:val="0006063C"/>
    <w:rsid w:val="001348AE"/>
    <w:rsid w:val="0015074B"/>
    <w:rsid w:val="001A349D"/>
    <w:rsid w:val="0029639D"/>
    <w:rsid w:val="002F6C0C"/>
    <w:rsid w:val="00326F90"/>
    <w:rsid w:val="007A73E6"/>
    <w:rsid w:val="009617E4"/>
    <w:rsid w:val="009C25FA"/>
    <w:rsid w:val="00AA1D8D"/>
    <w:rsid w:val="00AF00AB"/>
    <w:rsid w:val="00B439E4"/>
    <w:rsid w:val="00B47730"/>
    <w:rsid w:val="00CB0664"/>
    <w:rsid w:val="00DD6D2E"/>
    <w:rsid w:val="00E95A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B81449"/>
  <w14:defaultImageDpi w14:val="300"/>
  <w15:docId w15:val="{188901AD-826B-44B5-B7F9-E8D9A35C4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Tejas</cp:lastModifiedBy>
  <cp:revision>7</cp:revision>
  <dcterms:created xsi:type="dcterms:W3CDTF">2026-09-22T01:06:00Z</dcterms:created>
  <dcterms:modified xsi:type="dcterms:W3CDTF">2026-09-24T11:20:00Z</dcterms:modified>
  <cp:category/>
</cp:coreProperties>
</file>