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F8A8" w14:textId="74F5D779" w:rsidR="002D3304" w:rsidRPr="005C259B" w:rsidRDefault="002D3304" w:rsidP="002D3304">
      <w:pPr>
        <w:spacing w:before="120" w:after="120" w:line="240" w:lineRule="auto"/>
        <w:jc w:val="center"/>
        <w:rPr>
          <w:rFonts w:ascii="Arial" w:hAnsi="Arial" w:cs="Arial"/>
          <w:b/>
          <w:bCs/>
        </w:rPr>
      </w:pPr>
      <w:bookmarkStart w:id="0" w:name="_Hlk240982274"/>
      <w:r w:rsidRPr="005C259B">
        <w:rPr>
          <w:rFonts w:ascii="Arial" w:hAnsi="Arial" w:cs="Arial"/>
          <w:b/>
          <w:bCs/>
        </w:rPr>
        <w:t xml:space="preserve">Annexure </w:t>
      </w:r>
      <w:r w:rsidR="000222BE">
        <w:rPr>
          <w:rFonts w:ascii="Arial" w:hAnsi="Arial" w:cs="Arial"/>
          <w:b/>
          <w:bCs/>
        </w:rPr>
        <w:t xml:space="preserve">4 </w:t>
      </w:r>
      <w:r w:rsidRPr="002D3304">
        <w:rPr>
          <w:rFonts w:ascii="Arial" w:hAnsi="Arial" w:cs="Arial"/>
          <w:b/>
          <w:bCs/>
        </w:rPr>
        <w:t xml:space="preserve">– </w:t>
      </w:r>
      <w:bookmarkEnd w:id="0"/>
      <w:r w:rsidR="000222BE">
        <w:rPr>
          <w:rFonts w:ascii="Arial" w:hAnsi="Arial" w:cs="Arial"/>
          <w:b/>
          <w:bCs/>
        </w:rPr>
        <w:t>CA Certificate for</w:t>
      </w:r>
      <w:r w:rsidR="0067056A">
        <w:rPr>
          <w:rFonts w:ascii="Arial" w:hAnsi="Arial" w:cs="Arial"/>
          <w:b/>
          <w:bCs/>
        </w:rPr>
        <w:t xml:space="preserve"> company</w:t>
      </w:r>
      <w:r w:rsidR="000222BE">
        <w:rPr>
          <w:rFonts w:ascii="Arial" w:hAnsi="Arial" w:cs="Arial"/>
          <w:b/>
          <w:bCs/>
        </w:rPr>
        <w:t xml:space="preserve"> Turnover</w:t>
      </w:r>
      <w:r w:rsidR="0067056A">
        <w:rPr>
          <w:rFonts w:ascii="Arial" w:hAnsi="Arial" w:cs="Arial"/>
          <w:b/>
          <w:bCs/>
        </w:rPr>
        <w:t xml:space="preserve"> &amp; </w:t>
      </w:r>
      <w:r w:rsidR="000222BE">
        <w:rPr>
          <w:rFonts w:ascii="Arial" w:hAnsi="Arial" w:cs="Arial"/>
          <w:b/>
          <w:bCs/>
        </w:rPr>
        <w:t xml:space="preserve">Net worth </w:t>
      </w:r>
      <w:r w:rsidR="0067056A">
        <w:rPr>
          <w:rFonts w:ascii="Arial" w:hAnsi="Arial" w:cs="Arial"/>
          <w:b/>
          <w:bCs/>
        </w:rPr>
        <w:t xml:space="preserve">from </w:t>
      </w:r>
      <w:r w:rsidR="0067056A" w:rsidRPr="0067056A">
        <w:rPr>
          <w:rFonts w:ascii="Arial" w:hAnsi="Arial" w:cs="Arial"/>
          <w:b/>
        </w:rPr>
        <w:t>Cloud/Data Centre operations</w:t>
      </w:r>
    </w:p>
    <w:p w14:paraId="601E24DD" w14:textId="77777777" w:rsidR="002D3304" w:rsidRPr="005C259B" w:rsidRDefault="002D3304" w:rsidP="002D3304">
      <w:pPr>
        <w:rPr>
          <w:rFonts w:ascii="Arial" w:hAnsi="Arial" w:cs="Arial"/>
        </w:rPr>
      </w:pPr>
    </w:p>
    <w:p w14:paraId="7F791855" w14:textId="77777777" w:rsidR="002D3304" w:rsidRPr="005C259B" w:rsidRDefault="002D3304" w:rsidP="002D3304">
      <w:pPr>
        <w:rPr>
          <w:rFonts w:ascii="Arial" w:hAnsi="Arial" w:cs="Arial"/>
        </w:rPr>
      </w:pPr>
    </w:p>
    <w:p w14:paraId="63A78437" w14:textId="77777777" w:rsidR="002D3304" w:rsidRPr="005C259B" w:rsidRDefault="002D3304" w:rsidP="002D3304">
      <w:pPr>
        <w:rPr>
          <w:rFonts w:ascii="Arial" w:hAnsi="Arial" w:cs="Arial"/>
        </w:rPr>
      </w:pPr>
      <w:r w:rsidRPr="005C259B">
        <w:rPr>
          <w:rFonts w:ascii="Arial" w:hAnsi="Arial" w:cs="Arial"/>
        </w:rPr>
        <w:t xml:space="preserve">To, </w:t>
      </w:r>
    </w:p>
    <w:p w14:paraId="2C881E41" w14:textId="77777777" w:rsidR="002D3304" w:rsidRPr="005C259B" w:rsidRDefault="002D3304" w:rsidP="002D3304">
      <w:pPr>
        <w:rPr>
          <w:rFonts w:ascii="Arial" w:hAnsi="Arial" w:cs="Arial"/>
        </w:rPr>
      </w:pPr>
    </w:p>
    <w:p w14:paraId="7CFD6925" w14:textId="77777777" w:rsidR="002D3304" w:rsidRPr="005C259B" w:rsidRDefault="002D3304" w:rsidP="002D3304">
      <w:pPr>
        <w:rPr>
          <w:rFonts w:ascii="Arial" w:hAnsi="Arial" w:cs="Arial"/>
        </w:rPr>
      </w:pPr>
      <w:r w:rsidRPr="005C259B">
        <w:rPr>
          <w:rFonts w:ascii="Arial" w:hAnsi="Arial" w:cs="Arial"/>
        </w:rPr>
        <w:t xml:space="preserve">CEO, </w:t>
      </w:r>
    </w:p>
    <w:p w14:paraId="20B79FDD" w14:textId="77777777" w:rsidR="002D3304" w:rsidRPr="005C259B" w:rsidRDefault="002D3304" w:rsidP="002D3304">
      <w:pPr>
        <w:rPr>
          <w:rFonts w:ascii="Arial" w:hAnsi="Arial" w:cs="Arial"/>
        </w:rPr>
      </w:pPr>
      <w:proofErr w:type="spellStart"/>
      <w:r w:rsidRPr="005C259B">
        <w:rPr>
          <w:rFonts w:ascii="Arial" w:hAnsi="Arial" w:cs="Arial"/>
        </w:rPr>
        <w:t>IndiaAI</w:t>
      </w:r>
      <w:proofErr w:type="spellEnd"/>
      <w:r w:rsidRPr="005C259B">
        <w:rPr>
          <w:rFonts w:ascii="Arial" w:hAnsi="Arial" w:cs="Arial"/>
        </w:rPr>
        <w:t xml:space="preserve"> </w:t>
      </w:r>
    </w:p>
    <w:p w14:paraId="32AD3634" w14:textId="77777777" w:rsidR="00D02172" w:rsidRPr="00D02172" w:rsidRDefault="00D02172" w:rsidP="00D02172">
      <w:pPr>
        <w:rPr>
          <w:rFonts w:ascii="Arial" w:hAnsi="Arial" w:cs="Arial"/>
          <w:lang w:val="en-IN"/>
        </w:rPr>
      </w:pPr>
      <w:r w:rsidRPr="00D02172">
        <w:rPr>
          <w:rFonts w:ascii="Arial" w:hAnsi="Arial" w:cs="Arial"/>
          <w:lang w:val="en-IN"/>
        </w:rPr>
        <w:t>4th floor, Electronics Niketan,</w:t>
      </w:r>
    </w:p>
    <w:p w14:paraId="3A053F5C" w14:textId="77777777" w:rsidR="00D02172" w:rsidRPr="00D02172" w:rsidRDefault="00D02172" w:rsidP="00D02172">
      <w:pPr>
        <w:rPr>
          <w:rFonts w:ascii="Arial" w:hAnsi="Arial" w:cs="Arial"/>
          <w:lang w:val="en-IN"/>
        </w:rPr>
      </w:pPr>
      <w:r w:rsidRPr="00D02172">
        <w:rPr>
          <w:rFonts w:ascii="Arial" w:hAnsi="Arial" w:cs="Arial"/>
          <w:lang w:val="en-IN"/>
        </w:rPr>
        <w:t xml:space="preserve">6 CGO Complex, Lodhi Road, </w:t>
      </w:r>
    </w:p>
    <w:p w14:paraId="765C776C" w14:textId="77777777" w:rsidR="00D02172" w:rsidRPr="00D02172" w:rsidRDefault="00D02172" w:rsidP="00D02172">
      <w:pPr>
        <w:rPr>
          <w:rFonts w:ascii="Arial" w:hAnsi="Arial" w:cs="Arial"/>
          <w:lang w:val="en-IN"/>
        </w:rPr>
      </w:pPr>
      <w:r w:rsidRPr="00D02172">
        <w:rPr>
          <w:rFonts w:ascii="Arial" w:hAnsi="Arial" w:cs="Arial"/>
          <w:lang w:val="en-IN"/>
        </w:rPr>
        <w:t>New Delhi-110003</w:t>
      </w:r>
    </w:p>
    <w:p w14:paraId="3F7C98A8" w14:textId="2B6DE9C0" w:rsidR="002D3304" w:rsidRPr="005C259B" w:rsidRDefault="002D3304" w:rsidP="002D3304">
      <w:pPr>
        <w:rPr>
          <w:rFonts w:ascii="Arial" w:hAnsi="Arial" w:cs="Arial"/>
        </w:rPr>
      </w:pPr>
    </w:p>
    <w:p w14:paraId="29F947CA" w14:textId="77777777" w:rsidR="002D3304" w:rsidRPr="005C259B" w:rsidRDefault="002D3304" w:rsidP="002D3304">
      <w:pPr>
        <w:rPr>
          <w:rFonts w:ascii="Arial" w:hAnsi="Arial" w:cs="Arial"/>
        </w:rPr>
      </w:pPr>
    </w:p>
    <w:p w14:paraId="5B43D34B" w14:textId="77777777" w:rsidR="002D3304" w:rsidRPr="005C259B" w:rsidRDefault="002D3304" w:rsidP="002D3304">
      <w:pPr>
        <w:rPr>
          <w:rFonts w:ascii="Arial" w:hAnsi="Arial" w:cs="Arial"/>
        </w:rPr>
      </w:pPr>
      <w:r w:rsidRPr="005C259B">
        <w:rPr>
          <w:rFonts w:ascii="Arial" w:hAnsi="Arial" w:cs="Arial"/>
        </w:rPr>
        <w:t>Dear Sir,</w:t>
      </w:r>
    </w:p>
    <w:p w14:paraId="540DC5F4" w14:textId="1E047394" w:rsidR="002D3304" w:rsidRPr="005C259B" w:rsidRDefault="002D3304" w:rsidP="002D3304">
      <w:pPr>
        <w:rPr>
          <w:rFonts w:ascii="Arial" w:hAnsi="Arial" w:cs="Arial"/>
          <w:spacing w:val="-2"/>
        </w:rPr>
      </w:pPr>
      <w:r w:rsidRPr="005C259B">
        <w:rPr>
          <w:rFonts w:ascii="Arial" w:hAnsi="Arial" w:cs="Arial"/>
        </w:rPr>
        <w:t xml:space="preserve">Ref: </w:t>
      </w:r>
      <w:r w:rsidRPr="002D3304">
        <w:rPr>
          <w:rFonts w:ascii="Arial" w:hAnsi="Arial" w:cs="Arial"/>
          <w:bCs/>
        </w:rPr>
        <w:t xml:space="preserve">Declaration by </w:t>
      </w:r>
      <w:r w:rsidR="00B767E9">
        <w:rPr>
          <w:rFonts w:ascii="Arial" w:hAnsi="Arial" w:cs="Arial"/>
          <w:bCs/>
        </w:rPr>
        <w:t>CA</w:t>
      </w:r>
      <w:r w:rsidR="0067056A">
        <w:rPr>
          <w:rFonts w:ascii="Arial" w:hAnsi="Arial" w:cs="Arial"/>
          <w:bCs/>
        </w:rPr>
        <w:t xml:space="preserve"> for company Turnover &amp; Net worth from Cloud/Data Centre operations</w:t>
      </w:r>
    </w:p>
    <w:p w14:paraId="7DA7989A" w14:textId="77777777" w:rsidR="000222BE" w:rsidRDefault="000222BE">
      <w:pPr>
        <w:rPr>
          <w:rFonts w:ascii="Arial" w:hAnsi="Arial" w:cs="Arial"/>
          <w:b/>
        </w:rPr>
      </w:pPr>
    </w:p>
    <w:p w14:paraId="7CA48E4C" w14:textId="211CDBE1" w:rsidR="00B767E9" w:rsidRDefault="00B767E9" w:rsidP="00B767E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B767E9">
        <w:rPr>
          <w:rFonts w:ascii="Arial" w:hAnsi="Arial" w:cs="Arial"/>
        </w:rPr>
        <w:t>This is to certify that the average annual turnover of M/s &lt;</w:t>
      </w:r>
      <w:r w:rsidR="0067056A">
        <w:rPr>
          <w:rFonts w:ascii="Arial" w:hAnsi="Arial" w:cs="Arial"/>
        </w:rPr>
        <w:t xml:space="preserve"> </w:t>
      </w:r>
      <w:r w:rsidR="00D02172">
        <w:rPr>
          <w:rFonts w:ascii="Arial" w:hAnsi="Arial" w:cs="Arial"/>
        </w:rPr>
        <w:t>Organization</w:t>
      </w:r>
      <w:r w:rsidR="0080539D">
        <w:rPr>
          <w:rFonts w:ascii="Arial" w:hAnsi="Arial" w:cs="Arial"/>
        </w:rPr>
        <w:t xml:space="preserve"> name</w:t>
      </w:r>
      <w:r w:rsidRPr="00B767E9">
        <w:rPr>
          <w:rFonts w:ascii="Arial" w:hAnsi="Arial" w:cs="Arial"/>
        </w:rPr>
        <w:t xml:space="preserve">&gt; have an average annual turnover/ net worth of more than Rs. 50 Cr in the latest three financial years.  </w:t>
      </w:r>
    </w:p>
    <w:p w14:paraId="2367826D" w14:textId="4DEAC05F" w:rsidR="00B767E9" w:rsidRPr="00B767E9" w:rsidRDefault="0067056A" w:rsidP="00B767E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Further, t</w:t>
      </w:r>
      <w:r w:rsidRPr="0067056A">
        <w:rPr>
          <w:rFonts w:ascii="Arial" w:hAnsi="Arial" w:cs="Arial"/>
        </w:rPr>
        <w:t xml:space="preserve">he average annual turnover </w:t>
      </w:r>
      <w:r w:rsidRPr="00B767E9">
        <w:rPr>
          <w:rFonts w:ascii="Arial" w:hAnsi="Arial" w:cs="Arial"/>
        </w:rPr>
        <w:t>of M/s &lt;</w:t>
      </w:r>
      <w:r w:rsidR="00D02172" w:rsidRPr="00D02172">
        <w:rPr>
          <w:rFonts w:ascii="Arial" w:hAnsi="Arial" w:cs="Arial"/>
        </w:rPr>
        <w:t xml:space="preserve"> </w:t>
      </w:r>
      <w:r w:rsidR="00D02172">
        <w:rPr>
          <w:rFonts w:ascii="Arial" w:hAnsi="Arial" w:cs="Arial"/>
        </w:rPr>
        <w:t xml:space="preserve">Organization </w:t>
      </w:r>
      <w:r w:rsidR="0080539D">
        <w:rPr>
          <w:rFonts w:ascii="Arial" w:hAnsi="Arial" w:cs="Arial"/>
        </w:rPr>
        <w:t>name</w:t>
      </w:r>
      <w:r>
        <w:rPr>
          <w:rFonts w:ascii="Arial" w:hAnsi="Arial" w:cs="Arial"/>
        </w:rPr>
        <w:t xml:space="preserve">&gt; </w:t>
      </w:r>
      <w:r w:rsidRPr="0067056A">
        <w:rPr>
          <w:rFonts w:ascii="Arial" w:hAnsi="Arial" w:cs="Arial"/>
        </w:rPr>
        <w:t xml:space="preserve">from cloud/data center operations </w:t>
      </w:r>
      <w:r>
        <w:rPr>
          <w:rFonts w:ascii="Arial" w:hAnsi="Arial" w:cs="Arial"/>
        </w:rPr>
        <w:t>is</w:t>
      </w:r>
      <w:r w:rsidRPr="0067056A">
        <w:rPr>
          <w:rFonts w:ascii="Arial" w:hAnsi="Arial" w:cs="Arial"/>
        </w:rPr>
        <w:t xml:space="preserve"> more than 20 Crores in the </w:t>
      </w:r>
      <w:r>
        <w:rPr>
          <w:rFonts w:ascii="Arial" w:hAnsi="Arial" w:cs="Arial"/>
        </w:rPr>
        <w:t xml:space="preserve">latest </w:t>
      </w:r>
      <w:r w:rsidRPr="0067056A">
        <w:rPr>
          <w:rFonts w:ascii="Arial" w:hAnsi="Arial" w:cs="Arial"/>
        </w:rPr>
        <w:t>three financial years</w:t>
      </w:r>
      <w:r w:rsidR="0080539D">
        <w:rPr>
          <w:rFonts w:ascii="Arial" w:hAnsi="Arial" w:cs="Arial"/>
        </w:rPr>
        <w:t>.</w:t>
      </w:r>
    </w:p>
    <w:p w14:paraId="624390F0" w14:textId="37B2DF85" w:rsidR="002F6C0C" w:rsidRDefault="002F6C0C" w:rsidP="00B767E9">
      <w:pPr>
        <w:rPr>
          <w:rFonts w:ascii="Arial" w:hAnsi="Arial" w:cs="Arial"/>
        </w:rPr>
      </w:pPr>
    </w:p>
    <w:p w14:paraId="49522050" w14:textId="56A71BBB" w:rsidR="0067056A" w:rsidRDefault="0067056A" w:rsidP="006705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Or</w:t>
      </w:r>
    </w:p>
    <w:p w14:paraId="15F6227A" w14:textId="7951F542" w:rsidR="0067056A" w:rsidRDefault="0067056A" w:rsidP="0067056A">
      <w:pPr>
        <w:rPr>
          <w:rFonts w:ascii="Arial" w:hAnsi="Arial" w:cs="Arial"/>
        </w:rPr>
      </w:pPr>
      <w:r>
        <w:rPr>
          <w:rFonts w:ascii="Arial" w:hAnsi="Arial" w:cs="Arial"/>
        </w:rPr>
        <w:t>(In case of consortium)</w:t>
      </w:r>
    </w:p>
    <w:p w14:paraId="7AC2E8E9" w14:textId="239AADC3" w:rsidR="0067056A" w:rsidRDefault="0067056A" w:rsidP="0067056A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767E9">
        <w:rPr>
          <w:rFonts w:ascii="Arial" w:hAnsi="Arial" w:cs="Arial"/>
        </w:rPr>
        <w:t>This is to certify that the average annual turnover of M/s &lt;Primary</w:t>
      </w:r>
      <w:r w:rsidR="007A5596">
        <w:rPr>
          <w:rFonts w:ascii="Arial" w:hAnsi="Arial" w:cs="Arial"/>
        </w:rPr>
        <w:t xml:space="preserve"> </w:t>
      </w:r>
      <w:r w:rsidRPr="00B767E9">
        <w:rPr>
          <w:rFonts w:ascii="Arial" w:hAnsi="Arial" w:cs="Arial"/>
        </w:rPr>
        <w:t>Consortium partner&gt; have an average annual turnover</w:t>
      </w:r>
      <w:r>
        <w:rPr>
          <w:rFonts w:ascii="Arial" w:hAnsi="Arial" w:cs="Arial"/>
        </w:rPr>
        <w:t xml:space="preserve"> </w:t>
      </w:r>
      <w:r w:rsidRPr="00B767E9">
        <w:rPr>
          <w:rFonts w:ascii="Arial" w:hAnsi="Arial" w:cs="Arial"/>
        </w:rPr>
        <w:t xml:space="preserve">of more than Rs. 50 Cr in the latest three financial years.  </w:t>
      </w:r>
    </w:p>
    <w:p w14:paraId="226E1C12" w14:textId="4DC92CC2" w:rsidR="0067056A" w:rsidRDefault="0067056A" w:rsidP="0067056A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Further, t</w:t>
      </w:r>
      <w:r w:rsidRPr="0067056A">
        <w:rPr>
          <w:rFonts w:ascii="Arial" w:hAnsi="Arial" w:cs="Arial"/>
        </w:rPr>
        <w:t xml:space="preserve">he average annual turnover </w:t>
      </w:r>
      <w:r w:rsidRPr="00B767E9">
        <w:rPr>
          <w:rFonts w:ascii="Arial" w:hAnsi="Arial" w:cs="Arial"/>
        </w:rPr>
        <w:t>of M/s &lt; Secondary Consortium partner&gt;</w:t>
      </w:r>
      <w:r w:rsidR="005539E0">
        <w:rPr>
          <w:rFonts w:ascii="Arial" w:hAnsi="Arial" w:cs="Arial"/>
        </w:rPr>
        <w:t xml:space="preserve"> </w:t>
      </w:r>
      <w:r w:rsidR="007A5596">
        <w:rPr>
          <w:rFonts w:ascii="Arial" w:hAnsi="Arial" w:cs="Arial"/>
        </w:rPr>
        <w:t xml:space="preserve">have an average annual turnover </w:t>
      </w:r>
      <w:r w:rsidR="005539E0">
        <w:rPr>
          <w:rFonts w:ascii="Arial" w:hAnsi="Arial" w:cs="Arial"/>
        </w:rPr>
        <w:t>of</w:t>
      </w:r>
      <w:r w:rsidR="007A5596">
        <w:rPr>
          <w:rFonts w:ascii="Arial" w:hAnsi="Arial" w:cs="Arial"/>
        </w:rPr>
        <w:t xml:space="preserve"> </w:t>
      </w:r>
      <w:r w:rsidRPr="0067056A">
        <w:rPr>
          <w:rFonts w:ascii="Arial" w:hAnsi="Arial" w:cs="Arial"/>
        </w:rPr>
        <w:t>more than 20 Crores</w:t>
      </w:r>
      <w:r>
        <w:rPr>
          <w:rFonts w:ascii="Arial" w:hAnsi="Arial" w:cs="Arial"/>
        </w:rPr>
        <w:t xml:space="preserve"> </w:t>
      </w:r>
      <w:r w:rsidRPr="0067056A">
        <w:rPr>
          <w:rFonts w:ascii="Arial" w:hAnsi="Arial" w:cs="Arial"/>
        </w:rPr>
        <w:t xml:space="preserve">in the </w:t>
      </w:r>
      <w:r w:rsidR="00D02172" w:rsidRPr="00B767E9">
        <w:rPr>
          <w:rFonts w:ascii="Arial" w:hAnsi="Arial" w:cs="Arial"/>
        </w:rPr>
        <w:t xml:space="preserve">latest </w:t>
      </w:r>
      <w:r w:rsidRPr="0067056A">
        <w:rPr>
          <w:rFonts w:ascii="Arial" w:hAnsi="Arial" w:cs="Arial"/>
        </w:rPr>
        <w:t>three financial years</w:t>
      </w:r>
      <w:r w:rsidR="005539E0">
        <w:rPr>
          <w:rFonts w:ascii="Arial" w:hAnsi="Arial" w:cs="Arial"/>
        </w:rPr>
        <w:t>.</w:t>
      </w:r>
    </w:p>
    <w:p w14:paraId="5D98126A" w14:textId="53B8E195" w:rsidR="007A5596" w:rsidRPr="005539E0" w:rsidRDefault="00D02172" w:rsidP="005539E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A5596" w:rsidRPr="0067056A">
        <w:rPr>
          <w:rFonts w:ascii="Arial" w:hAnsi="Arial" w:cs="Arial"/>
        </w:rPr>
        <w:t xml:space="preserve">he average annual turnover </w:t>
      </w:r>
      <w:r w:rsidR="007A5596" w:rsidRPr="00B767E9">
        <w:rPr>
          <w:rFonts w:ascii="Arial" w:hAnsi="Arial" w:cs="Arial"/>
        </w:rPr>
        <w:t xml:space="preserve">of M/s &lt; </w:t>
      </w:r>
      <w:r w:rsidR="005539E0" w:rsidRPr="00B767E9">
        <w:rPr>
          <w:rFonts w:ascii="Arial" w:hAnsi="Arial" w:cs="Arial"/>
        </w:rPr>
        <w:t>Primary</w:t>
      </w:r>
      <w:r w:rsidR="005539E0">
        <w:rPr>
          <w:rFonts w:ascii="Arial" w:hAnsi="Arial" w:cs="Arial"/>
        </w:rPr>
        <w:t xml:space="preserve"> </w:t>
      </w:r>
      <w:r w:rsidR="005539E0" w:rsidRPr="00B767E9">
        <w:rPr>
          <w:rFonts w:ascii="Arial" w:hAnsi="Arial" w:cs="Arial"/>
        </w:rPr>
        <w:t>Consortium partner</w:t>
      </w:r>
      <w:r w:rsidR="005539E0">
        <w:rPr>
          <w:rFonts w:ascii="Arial" w:hAnsi="Arial" w:cs="Arial"/>
        </w:rPr>
        <w:t>/</w:t>
      </w:r>
      <w:r w:rsidR="007A5596" w:rsidRPr="00B767E9">
        <w:rPr>
          <w:rFonts w:ascii="Arial" w:hAnsi="Arial" w:cs="Arial"/>
        </w:rPr>
        <w:t xml:space="preserve">Secondary Consortium partner&gt; </w:t>
      </w:r>
      <w:r w:rsidR="007A5596" w:rsidRPr="0067056A">
        <w:rPr>
          <w:rFonts w:ascii="Arial" w:hAnsi="Arial" w:cs="Arial"/>
        </w:rPr>
        <w:t xml:space="preserve">from cloud/data center operations </w:t>
      </w:r>
      <w:r w:rsidR="007A5596">
        <w:rPr>
          <w:rFonts w:ascii="Arial" w:hAnsi="Arial" w:cs="Arial"/>
        </w:rPr>
        <w:t>is</w:t>
      </w:r>
      <w:r w:rsidR="007A5596" w:rsidRPr="0067056A">
        <w:rPr>
          <w:rFonts w:ascii="Arial" w:hAnsi="Arial" w:cs="Arial"/>
        </w:rPr>
        <w:t xml:space="preserve"> more than 20 Crores in the </w:t>
      </w:r>
      <w:r w:rsidR="005539E0">
        <w:rPr>
          <w:rFonts w:ascii="Arial" w:hAnsi="Arial" w:cs="Arial"/>
        </w:rPr>
        <w:t>latest</w:t>
      </w:r>
      <w:r w:rsidR="007A5596" w:rsidRPr="0067056A">
        <w:rPr>
          <w:rFonts w:ascii="Arial" w:hAnsi="Arial" w:cs="Arial"/>
        </w:rPr>
        <w:t xml:space="preserve"> three financial years</w:t>
      </w:r>
      <w:r w:rsidR="007A5596">
        <w:rPr>
          <w:rFonts w:ascii="Arial" w:hAnsi="Arial" w:cs="Arial"/>
        </w:rPr>
        <w:t>.</w:t>
      </w:r>
    </w:p>
    <w:p w14:paraId="64004E26" w14:textId="77777777" w:rsidR="0067056A" w:rsidRDefault="0067056A" w:rsidP="0067056A">
      <w:pPr>
        <w:jc w:val="center"/>
        <w:rPr>
          <w:rFonts w:ascii="Arial" w:hAnsi="Arial" w:cs="Arial"/>
        </w:rPr>
      </w:pPr>
    </w:p>
    <w:p w14:paraId="7BBD31DC" w14:textId="59592529" w:rsidR="00B767E9" w:rsidRDefault="00B767E9" w:rsidP="00B767E9">
      <w:pPr>
        <w:rPr>
          <w:rFonts w:ascii="Arial" w:hAnsi="Arial" w:cs="Arial"/>
        </w:rPr>
      </w:pPr>
    </w:p>
    <w:p w14:paraId="7F062DFB" w14:textId="77777777" w:rsidR="000222BE" w:rsidRPr="00047FE8" w:rsidRDefault="000222BE" w:rsidP="000222BE">
      <w:pPr>
        <w:pStyle w:val="ListBullet"/>
        <w:numPr>
          <w:ilvl w:val="0"/>
          <w:numId w:val="0"/>
        </w:numPr>
        <w:ind w:left="360"/>
        <w:rPr>
          <w:rFonts w:ascii="Arial" w:hAnsi="Arial" w:cs="Arial"/>
        </w:rPr>
      </w:pPr>
    </w:p>
    <w:p w14:paraId="551C2239" w14:textId="752BF2B4" w:rsidR="002F6C0C" w:rsidRPr="00047FE8" w:rsidRDefault="00B767E9">
      <w:pPr>
        <w:rPr>
          <w:rFonts w:ascii="Arial" w:hAnsi="Arial" w:cs="Arial"/>
        </w:rPr>
      </w:pPr>
      <w:r w:rsidRPr="00B767E9">
        <w:rPr>
          <w:rFonts w:ascii="Arial" w:hAnsi="Arial" w:cs="Arial"/>
        </w:rPr>
        <w:t xml:space="preserve">Signature of </w:t>
      </w:r>
      <w:r w:rsidR="005539E0">
        <w:rPr>
          <w:rFonts w:ascii="Arial" w:hAnsi="Arial" w:cs="Arial"/>
        </w:rPr>
        <w:t>Chartered Accountant</w:t>
      </w:r>
      <w:r w:rsidRPr="00B767E9">
        <w:rPr>
          <w:rFonts w:ascii="Arial" w:hAnsi="Arial" w:cs="Arial"/>
        </w:rPr>
        <w:t xml:space="preserve"> (with official seal) </w:t>
      </w:r>
    </w:p>
    <w:p w14:paraId="3359D926" w14:textId="06D91E95" w:rsidR="002F6C0C" w:rsidRPr="00047FE8" w:rsidRDefault="00B767E9">
      <w:pPr>
        <w:rPr>
          <w:rFonts w:ascii="Arial" w:hAnsi="Arial" w:cs="Arial"/>
        </w:rPr>
      </w:pPr>
      <w:r>
        <w:rPr>
          <w:rFonts w:ascii="Arial" w:hAnsi="Arial" w:cs="Arial"/>
        </w:rPr>
        <w:t>Name:</w:t>
      </w:r>
    </w:p>
    <w:p w14:paraId="643AAD73" w14:textId="276EB728" w:rsidR="005539E0" w:rsidRPr="00047FE8" w:rsidRDefault="005539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Membership no. </w:t>
      </w:r>
    </w:p>
    <w:p w14:paraId="4EEACA3D" w14:textId="4B4A3950" w:rsidR="002F6C0C" w:rsidRPr="00047FE8" w:rsidRDefault="002F6C0C">
      <w:pPr>
        <w:rPr>
          <w:rFonts w:ascii="Arial" w:hAnsi="Arial" w:cs="Arial"/>
        </w:rPr>
      </w:pPr>
    </w:p>
    <w:sectPr w:rsidR="002F6C0C" w:rsidRPr="00047FE8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0973DB"/>
    <w:multiLevelType w:val="hybridMultilevel"/>
    <w:tmpl w:val="8DAEC3E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B25FF"/>
    <w:multiLevelType w:val="hybridMultilevel"/>
    <w:tmpl w:val="8DAEC3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206842">
    <w:abstractNumId w:val="8"/>
  </w:num>
  <w:num w:numId="2" w16cid:durableId="1938907860">
    <w:abstractNumId w:val="6"/>
  </w:num>
  <w:num w:numId="3" w16cid:durableId="1503082859">
    <w:abstractNumId w:val="5"/>
  </w:num>
  <w:num w:numId="4" w16cid:durableId="1927106953">
    <w:abstractNumId w:val="4"/>
  </w:num>
  <w:num w:numId="5" w16cid:durableId="544409123">
    <w:abstractNumId w:val="7"/>
  </w:num>
  <w:num w:numId="6" w16cid:durableId="666175563">
    <w:abstractNumId w:val="3"/>
  </w:num>
  <w:num w:numId="7" w16cid:durableId="2144688573">
    <w:abstractNumId w:val="2"/>
  </w:num>
  <w:num w:numId="8" w16cid:durableId="1787236018">
    <w:abstractNumId w:val="1"/>
  </w:num>
  <w:num w:numId="9" w16cid:durableId="1196430821">
    <w:abstractNumId w:val="0"/>
  </w:num>
  <w:num w:numId="10" w16cid:durableId="1187913701">
    <w:abstractNumId w:val="9"/>
  </w:num>
  <w:num w:numId="11" w16cid:durableId="15531489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2BE"/>
    <w:rsid w:val="00034616"/>
    <w:rsid w:val="00047FE8"/>
    <w:rsid w:val="0006063C"/>
    <w:rsid w:val="001348AE"/>
    <w:rsid w:val="0015074B"/>
    <w:rsid w:val="0029639D"/>
    <w:rsid w:val="002D3304"/>
    <w:rsid w:val="002F6C0C"/>
    <w:rsid w:val="00326F90"/>
    <w:rsid w:val="003D3679"/>
    <w:rsid w:val="005539E0"/>
    <w:rsid w:val="0067056A"/>
    <w:rsid w:val="007A5596"/>
    <w:rsid w:val="0080539D"/>
    <w:rsid w:val="00AA1D8D"/>
    <w:rsid w:val="00B47730"/>
    <w:rsid w:val="00B767E9"/>
    <w:rsid w:val="00CB0664"/>
    <w:rsid w:val="00D02172"/>
    <w:rsid w:val="00EE57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B81449"/>
  <w14:defaultImageDpi w14:val="300"/>
  <w15:docId w15:val="{188901AD-826B-44B5-B7F9-E8D9A35C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Harpreet Dhankar</cp:lastModifiedBy>
  <cp:revision>5</cp:revision>
  <dcterms:created xsi:type="dcterms:W3CDTF">2026-09-22T08:47:00Z</dcterms:created>
  <dcterms:modified xsi:type="dcterms:W3CDTF">2026-09-23T07:32:00Z</dcterms:modified>
  <cp:category/>
</cp:coreProperties>
</file>